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023" w:rsidRDefault="00475C97">
      <w:pPr>
        <w:spacing w:after="40"/>
        <w:jc w:val="center"/>
      </w:pPr>
      <w:r>
        <w:rPr>
          <w:b/>
          <w:sz w:val="28"/>
        </w:rPr>
        <w:t>SARDAR PATEL UNIVERSITY OF POLICE, SECURITY AND CRIMINAL JUSTICE</w:t>
      </w:r>
    </w:p>
    <w:p w:rsidR="00147023" w:rsidRDefault="00475C97">
      <w:pPr>
        <w:spacing w:after="80"/>
        <w:jc w:val="center"/>
      </w:pPr>
      <w:r>
        <w:rPr>
          <w:b/>
          <w:sz w:val="26"/>
        </w:rPr>
        <w:t>(SPUP), JODHPUR, RAJASTHAN</w:t>
      </w:r>
    </w:p>
    <w:p w:rsidR="00147023" w:rsidRDefault="00475C97">
      <w:pPr>
        <w:spacing w:after="40"/>
        <w:jc w:val="center"/>
      </w:pPr>
      <w:r>
        <w:rPr>
          <w:b/>
          <w:sz w:val="25"/>
          <w:u w:val="single"/>
        </w:rPr>
        <w:t>APPLICATION FORM FOR THE POST OF FIELD INVESTIGATOR</w:t>
      </w:r>
    </w:p>
    <w:p w:rsidR="00147023" w:rsidRDefault="00475C97">
      <w:pPr>
        <w:spacing w:after="80"/>
        <w:jc w:val="center"/>
      </w:pPr>
      <w:r>
        <w:rPr>
          <w:b/>
          <w:sz w:val="22"/>
        </w:rPr>
        <w:t>ICSSR-SPONSORED MAJOR RESEARCH PROJECT</w:t>
      </w:r>
    </w:p>
    <w:p w:rsidR="00147023" w:rsidRDefault="00475C97">
      <w:pPr>
        <w:spacing w:after="100"/>
        <w:jc w:val="center"/>
      </w:pPr>
      <w:r>
        <w:rPr>
          <w:b/>
          <w:i/>
        </w:rPr>
        <w:t>“Digital Deviance, Youth and Social Control in India’s Emerging Cybercrime Corridor: A Sociological Study of Cybercrime and Criminal Justice in Rajasthan and Haryana”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0230A2" w:rsidTr="001B40A9">
        <w:trPr>
          <w:trHeight w:val="2125"/>
          <w:jc w:val="center"/>
        </w:trPr>
        <w:tc>
          <w:tcPr>
            <w:tcW w:w="518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30A2" w:rsidRDefault="000230A2" w:rsidP="001B40A9">
            <w:pPr>
              <w:rPr>
                <w:sz w:val="20"/>
              </w:rPr>
            </w:pPr>
            <w:r>
              <w:rPr>
                <w:sz w:val="20"/>
              </w:rPr>
              <w:t xml:space="preserve">FOR OFFICE USE ONLY: </w:t>
            </w:r>
          </w:p>
          <w:p w:rsidR="000230A2" w:rsidRDefault="000230A2" w:rsidP="001B40A9">
            <w:pPr>
              <w:rPr>
                <w:sz w:val="20"/>
              </w:rPr>
            </w:pPr>
          </w:p>
          <w:p w:rsidR="000230A2" w:rsidRDefault="000230A2" w:rsidP="001B40A9">
            <w:pPr>
              <w:rPr>
                <w:sz w:val="20"/>
              </w:rPr>
            </w:pPr>
            <w:r>
              <w:rPr>
                <w:sz w:val="20"/>
              </w:rPr>
              <w:t>Serial Number: _________</w:t>
            </w:r>
          </w:p>
          <w:p w:rsidR="000230A2" w:rsidRDefault="000230A2" w:rsidP="001B40A9">
            <w:pPr>
              <w:rPr>
                <w:sz w:val="20"/>
              </w:rPr>
            </w:pPr>
          </w:p>
          <w:p w:rsidR="000230A2" w:rsidRDefault="000230A2" w:rsidP="001B40A9">
            <w:pPr>
              <w:rPr>
                <w:sz w:val="20"/>
              </w:rPr>
            </w:pPr>
            <w:r>
              <w:rPr>
                <w:sz w:val="20"/>
              </w:rPr>
              <w:t xml:space="preserve">Eligible for Interview: YES/NO </w:t>
            </w:r>
          </w:p>
          <w:p w:rsidR="000230A2" w:rsidRDefault="000230A2" w:rsidP="001B40A9">
            <w:pPr>
              <w:rPr>
                <w:sz w:val="20"/>
              </w:rPr>
            </w:pPr>
          </w:p>
          <w:p w:rsidR="000230A2" w:rsidRDefault="000230A2" w:rsidP="001B40A9">
            <w:pPr>
              <w:rPr>
                <w:sz w:val="20"/>
              </w:rPr>
            </w:pPr>
            <w:r>
              <w:rPr>
                <w:sz w:val="20"/>
              </w:rPr>
              <w:t xml:space="preserve">Checked the certificates: _________________ </w:t>
            </w:r>
          </w:p>
          <w:p w:rsidR="000230A2" w:rsidRDefault="000230A2" w:rsidP="001B40A9"/>
        </w:tc>
        <w:tc>
          <w:tcPr>
            <w:tcW w:w="51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230A2" w:rsidRDefault="000230A2" w:rsidP="001B40A9">
            <w:pPr>
              <w:jc w:val="center"/>
            </w:pPr>
            <w:r>
              <w:rPr>
                <w:noProof/>
                <w:sz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2F9770B7" wp14:editId="5FCBFC03">
                      <wp:simplePos x="0" y="0"/>
                      <wp:positionH relativeFrom="column">
                        <wp:posOffset>1066165</wp:posOffset>
                      </wp:positionH>
                      <wp:positionV relativeFrom="paragraph">
                        <wp:posOffset>20320</wp:posOffset>
                      </wp:positionV>
                      <wp:extent cx="1212850" cy="1295400"/>
                      <wp:effectExtent l="0" t="0" r="25400" b="19050"/>
                      <wp:wrapNone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850" cy="1295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B3FB94" id="Rounded Rectangle 1" o:spid="_x0000_s1026" style="position:absolute;margin-left:83.95pt;margin-top:1.6pt;width:95.5pt;height:10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" fillcolor="white [3201]" strokecolor="black [3200]" strokeweight="2pt"/>
                  </w:pict>
                </mc:Fallback>
              </mc:AlternateContent>
            </w:r>
            <w:r>
              <w:rPr>
                <w:sz w:val="20"/>
              </w:rPr>
              <w:br/>
            </w:r>
            <w:r w:rsidRPr="00C16599">
              <w:rPr>
                <w:sz w:val="28"/>
              </w:rPr>
              <w:t>Paste Recent</w:t>
            </w:r>
            <w:r w:rsidRPr="00C16599">
              <w:rPr>
                <w:sz w:val="28"/>
              </w:rPr>
              <w:br/>
              <w:t>Passport Size</w:t>
            </w:r>
            <w:r w:rsidRPr="00C16599">
              <w:rPr>
                <w:sz w:val="28"/>
              </w:rPr>
              <w:br/>
              <w:t>Photograph</w:t>
            </w:r>
            <w:r>
              <w:rPr>
                <w:sz w:val="20"/>
              </w:rPr>
              <w:br/>
            </w:r>
          </w:p>
        </w:tc>
      </w:tr>
    </w:tbl>
    <w:p w:rsidR="00147023" w:rsidRDefault="00147023">
      <w:pPr>
        <w:spacing w:after="20"/>
      </w:pPr>
    </w:p>
    <w:p w:rsidR="00147023" w:rsidRDefault="00475C97">
      <w:r>
        <w:rPr>
          <w:b/>
          <w:u w:val="single"/>
        </w:rPr>
        <w:t>1. Personal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147023">
        <w:trPr>
          <w:jc w:val="center"/>
        </w:trPr>
        <w:tc>
          <w:tcPr>
            <w:tcW w:w="5184" w:type="dxa"/>
            <w:shd w:val="clear" w:color="auto" w:fill="EAEAE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47023" w:rsidRDefault="00475C97">
            <w:r>
              <w:rPr>
                <w:b/>
                <w:sz w:val="20"/>
              </w:rPr>
              <w:t>Name of Applicant (in BLOCK letters)</w:t>
            </w:r>
          </w:p>
        </w:tc>
        <w:tc>
          <w:tcPr>
            <w:tcW w:w="51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47023" w:rsidRDefault="00147023"/>
        </w:tc>
      </w:tr>
      <w:tr w:rsidR="00147023">
        <w:trPr>
          <w:jc w:val="center"/>
        </w:trPr>
        <w:tc>
          <w:tcPr>
            <w:tcW w:w="5184" w:type="dxa"/>
            <w:shd w:val="clear" w:color="auto" w:fill="EAEAE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47023" w:rsidRDefault="00475C97">
            <w:r>
              <w:rPr>
                <w:b/>
                <w:sz w:val="20"/>
              </w:rPr>
              <w:t>Father's / Mother's Name</w:t>
            </w:r>
          </w:p>
        </w:tc>
        <w:tc>
          <w:tcPr>
            <w:tcW w:w="51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47023" w:rsidRDefault="00147023"/>
        </w:tc>
      </w:tr>
      <w:tr w:rsidR="00147023">
        <w:trPr>
          <w:jc w:val="center"/>
        </w:trPr>
        <w:tc>
          <w:tcPr>
            <w:tcW w:w="5184" w:type="dxa"/>
            <w:shd w:val="clear" w:color="auto" w:fill="EAEAE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47023" w:rsidRDefault="00475C97">
            <w:r>
              <w:rPr>
                <w:b/>
                <w:sz w:val="20"/>
              </w:rPr>
              <w:t>Date of Birth</w:t>
            </w:r>
          </w:p>
        </w:tc>
        <w:tc>
          <w:tcPr>
            <w:tcW w:w="51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47023" w:rsidRDefault="00147023"/>
        </w:tc>
      </w:tr>
      <w:tr w:rsidR="00147023">
        <w:trPr>
          <w:jc w:val="center"/>
        </w:trPr>
        <w:tc>
          <w:tcPr>
            <w:tcW w:w="5184" w:type="dxa"/>
            <w:shd w:val="clear" w:color="auto" w:fill="EAEAE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47023" w:rsidRDefault="00475C97">
            <w:r>
              <w:rPr>
                <w:b/>
                <w:sz w:val="20"/>
              </w:rPr>
              <w:t>Gender</w:t>
            </w:r>
          </w:p>
        </w:tc>
        <w:tc>
          <w:tcPr>
            <w:tcW w:w="51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47023" w:rsidRDefault="00147023"/>
        </w:tc>
      </w:tr>
      <w:tr w:rsidR="00147023">
        <w:trPr>
          <w:jc w:val="center"/>
        </w:trPr>
        <w:tc>
          <w:tcPr>
            <w:tcW w:w="5184" w:type="dxa"/>
            <w:shd w:val="clear" w:color="auto" w:fill="EAEAE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47023" w:rsidRDefault="00475C97">
            <w:r>
              <w:rPr>
                <w:b/>
                <w:sz w:val="20"/>
              </w:rPr>
              <w:t>Correspondence Address</w:t>
            </w:r>
          </w:p>
        </w:tc>
        <w:tc>
          <w:tcPr>
            <w:tcW w:w="51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47023" w:rsidRDefault="00147023"/>
        </w:tc>
      </w:tr>
      <w:tr w:rsidR="00147023">
        <w:trPr>
          <w:jc w:val="center"/>
        </w:trPr>
        <w:tc>
          <w:tcPr>
            <w:tcW w:w="5184" w:type="dxa"/>
            <w:shd w:val="clear" w:color="auto" w:fill="EAEAE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47023" w:rsidRDefault="00475C97">
            <w:r>
              <w:rPr>
                <w:b/>
                <w:sz w:val="20"/>
              </w:rPr>
              <w:t>Mobile Number</w:t>
            </w:r>
          </w:p>
        </w:tc>
        <w:tc>
          <w:tcPr>
            <w:tcW w:w="51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47023" w:rsidRDefault="00147023"/>
        </w:tc>
      </w:tr>
      <w:tr w:rsidR="00147023">
        <w:trPr>
          <w:jc w:val="center"/>
        </w:trPr>
        <w:tc>
          <w:tcPr>
            <w:tcW w:w="5184" w:type="dxa"/>
            <w:shd w:val="clear" w:color="auto" w:fill="EAEAE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47023" w:rsidRDefault="00475C97">
            <w:r>
              <w:rPr>
                <w:b/>
                <w:sz w:val="20"/>
              </w:rPr>
              <w:t>E-mail ID</w:t>
            </w:r>
          </w:p>
        </w:tc>
        <w:tc>
          <w:tcPr>
            <w:tcW w:w="51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47023" w:rsidRDefault="00147023"/>
        </w:tc>
      </w:tr>
    </w:tbl>
    <w:p w:rsidR="00147023" w:rsidRDefault="00147023">
      <w:pPr>
        <w:spacing w:after="20"/>
      </w:pPr>
    </w:p>
    <w:p w:rsidR="00147023" w:rsidRDefault="00475C97">
      <w:r>
        <w:rPr>
          <w:b/>
          <w:u w:val="single"/>
        </w:rPr>
        <w:t>2. Educational Qualifications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  <w:gridCol w:w="2074"/>
      </w:tblGrid>
      <w:tr w:rsidR="00147023">
        <w:trPr>
          <w:jc w:val="center"/>
        </w:trPr>
        <w:tc>
          <w:tcPr>
            <w:tcW w:w="2074" w:type="dxa"/>
            <w:shd w:val="clear" w:color="auto" w:fill="D9EAF7"/>
          </w:tcPr>
          <w:p w:rsidR="00147023" w:rsidRDefault="00475C97">
            <w:pPr>
              <w:jc w:val="center"/>
            </w:pPr>
            <w:r>
              <w:rPr>
                <w:b/>
                <w:sz w:val="19"/>
              </w:rPr>
              <w:t>Degree / Examination</w:t>
            </w:r>
          </w:p>
        </w:tc>
        <w:tc>
          <w:tcPr>
            <w:tcW w:w="2074" w:type="dxa"/>
            <w:shd w:val="clear" w:color="auto" w:fill="D9EAF7"/>
          </w:tcPr>
          <w:p w:rsidR="00147023" w:rsidRDefault="00475C97">
            <w:pPr>
              <w:jc w:val="center"/>
            </w:pPr>
            <w:r>
              <w:rPr>
                <w:b/>
                <w:sz w:val="19"/>
              </w:rPr>
              <w:t>Subject / Discipline</w:t>
            </w:r>
          </w:p>
        </w:tc>
        <w:tc>
          <w:tcPr>
            <w:tcW w:w="2074" w:type="dxa"/>
            <w:shd w:val="clear" w:color="auto" w:fill="D9EAF7"/>
          </w:tcPr>
          <w:p w:rsidR="00147023" w:rsidRDefault="00475C97">
            <w:pPr>
              <w:jc w:val="center"/>
            </w:pPr>
            <w:r>
              <w:rPr>
                <w:b/>
                <w:sz w:val="19"/>
              </w:rPr>
              <w:t>University / Board</w:t>
            </w:r>
          </w:p>
        </w:tc>
        <w:tc>
          <w:tcPr>
            <w:tcW w:w="2074" w:type="dxa"/>
            <w:shd w:val="clear" w:color="auto" w:fill="D9EAF7"/>
          </w:tcPr>
          <w:p w:rsidR="00147023" w:rsidRDefault="00475C97">
            <w:pPr>
              <w:jc w:val="center"/>
            </w:pPr>
            <w:r>
              <w:rPr>
                <w:b/>
                <w:sz w:val="19"/>
              </w:rPr>
              <w:t>Year</w:t>
            </w:r>
          </w:p>
        </w:tc>
        <w:tc>
          <w:tcPr>
            <w:tcW w:w="2074" w:type="dxa"/>
            <w:shd w:val="clear" w:color="auto" w:fill="D9EAF7"/>
          </w:tcPr>
          <w:p w:rsidR="00147023" w:rsidRDefault="00475C97">
            <w:pPr>
              <w:jc w:val="center"/>
            </w:pPr>
            <w:r>
              <w:rPr>
                <w:b/>
                <w:sz w:val="19"/>
              </w:rPr>
              <w:t>Percentage / CGPA</w:t>
            </w:r>
          </w:p>
        </w:tc>
      </w:tr>
      <w:tr w:rsidR="00147023">
        <w:trPr>
          <w:jc w:val="center"/>
        </w:trPr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</w:tr>
      <w:tr w:rsidR="00147023">
        <w:trPr>
          <w:jc w:val="center"/>
        </w:trPr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</w:tr>
      <w:tr w:rsidR="00147023">
        <w:trPr>
          <w:jc w:val="center"/>
        </w:trPr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</w:tr>
      <w:tr w:rsidR="00147023">
        <w:trPr>
          <w:jc w:val="center"/>
        </w:trPr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  <w:tc>
          <w:tcPr>
            <w:tcW w:w="2074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rPr>
                <w:sz w:val="19"/>
              </w:rPr>
              <w:br/>
            </w:r>
          </w:p>
        </w:tc>
      </w:tr>
    </w:tbl>
    <w:p w:rsidR="00147023" w:rsidRDefault="00147023">
      <w:pPr>
        <w:spacing w:after="20"/>
      </w:pPr>
    </w:p>
    <w:p w:rsidR="00147023" w:rsidRDefault="00475C97">
      <w:r>
        <w:rPr>
          <w:b/>
          <w:u w:val="single"/>
        </w:rPr>
        <w:t>3. Research / Field Experience (if any)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</w:tblGrid>
      <w:tr w:rsidR="00147023">
        <w:trPr>
          <w:jc w:val="center"/>
        </w:trPr>
        <w:tc>
          <w:tcPr>
            <w:tcW w:w="2592" w:type="dxa"/>
            <w:shd w:val="clear" w:color="auto" w:fill="D9EAF7"/>
          </w:tcPr>
          <w:p w:rsidR="00147023" w:rsidRDefault="00475C97">
            <w:pPr>
              <w:jc w:val="center"/>
            </w:pPr>
            <w:r>
              <w:rPr>
                <w:b/>
                <w:sz w:val="19"/>
              </w:rPr>
              <w:t>Organization / Project</w:t>
            </w:r>
          </w:p>
        </w:tc>
        <w:tc>
          <w:tcPr>
            <w:tcW w:w="2592" w:type="dxa"/>
            <w:shd w:val="clear" w:color="auto" w:fill="D9EAF7"/>
          </w:tcPr>
          <w:p w:rsidR="00147023" w:rsidRDefault="00475C97">
            <w:pPr>
              <w:jc w:val="center"/>
            </w:pPr>
            <w:r>
              <w:rPr>
                <w:b/>
                <w:sz w:val="19"/>
              </w:rPr>
              <w:t>Nature of Work</w:t>
            </w:r>
          </w:p>
        </w:tc>
        <w:tc>
          <w:tcPr>
            <w:tcW w:w="2592" w:type="dxa"/>
            <w:shd w:val="clear" w:color="auto" w:fill="D9EAF7"/>
          </w:tcPr>
          <w:p w:rsidR="00147023" w:rsidRDefault="00475C97">
            <w:pPr>
              <w:jc w:val="center"/>
            </w:pPr>
            <w:r>
              <w:rPr>
                <w:b/>
                <w:sz w:val="19"/>
              </w:rPr>
              <w:t>Duration</w:t>
            </w:r>
          </w:p>
        </w:tc>
        <w:tc>
          <w:tcPr>
            <w:tcW w:w="2592" w:type="dxa"/>
            <w:shd w:val="clear" w:color="auto" w:fill="D9EAF7"/>
          </w:tcPr>
          <w:p w:rsidR="00147023" w:rsidRDefault="00475C97">
            <w:pPr>
              <w:jc w:val="center"/>
            </w:pPr>
            <w:r>
              <w:rPr>
                <w:b/>
                <w:sz w:val="19"/>
              </w:rPr>
              <w:t>Remarks</w:t>
            </w:r>
          </w:p>
        </w:tc>
      </w:tr>
      <w:tr w:rsidR="00147023">
        <w:trPr>
          <w:jc w:val="center"/>
        </w:trPr>
        <w:tc>
          <w:tcPr>
            <w:tcW w:w="2592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br/>
            </w:r>
          </w:p>
        </w:tc>
        <w:tc>
          <w:tcPr>
            <w:tcW w:w="2592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br/>
            </w:r>
          </w:p>
        </w:tc>
        <w:tc>
          <w:tcPr>
            <w:tcW w:w="2592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br/>
            </w:r>
          </w:p>
        </w:tc>
        <w:tc>
          <w:tcPr>
            <w:tcW w:w="2592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br/>
            </w:r>
          </w:p>
        </w:tc>
      </w:tr>
      <w:tr w:rsidR="00147023">
        <w:trPr>
          <w:jc w:val="center"/>
        </w:trPr>
        <w:tc>
          <w:tcPr>
            <w:tcW w:w="2592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br/>
            </w:r>
          </w:p>
        </w:tc>
        <w:tc>
          <w:tcPr>
            <w:tcW w:w="2592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lastRenderedPageBreak/>
              <w:br/>
            </w:r>
          </w:p>
        </w:tc>
        <w:tc>
          <w:tcPr>
            <w:tcW w:w="2592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lastRenderedPageBreak/>
              <w:br/>
            </w:r>
          </w:p>
        </w:tc>
        <w:tc>
          <w:tcPr>
            <w:tcW w:w="2592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lastRenderedPageBreak/>
              <w:br/>
            </w:r>
          </w:p>
        </w:tc>
      </w:tr>
      <w:tr w:rsidR="00147023">
        <w:trPr>
          <w:jc w:val="center"/>
        </w:trPr>
        <w:tc>
          <w:tcPr>
            <w:tcW w:w="2592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lastRenderedPageBreak/>
              <w:br/>
            </w:r>
          </w:p>
        </w:tc>
        <w:tc>
          <w:tcPr>
            <w:tcW w:w="2592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br/>
            </w:r>
          </w:p>
        </w:tc>
        <w:tc>
          <w:tcPr>
            <w:tcW w:w="2592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br/>
            </w:r>
          </w:p>
        </w:tc>
        <w:tc>
          <w:tcPr>
            <w:tcW w:w="2592" w:type="dxa"/>
            <w:tcMar>
              <w:top w:w="60" w:type="dxa"/>
              <w:left w:w="50" w:type="dxa"/>
              <w:bottom w:w="60" w:type="dxa"/>
              <w:right w:w="50" w:type="dxa"/>
            </w:tcMar>
          </w:tcPr>
          <w:p w:rsidR="00147023" w:rsidRDefault="00475C97">
            <w:r>
              <w:br/>
            </w:r>
          </w:p>
        </w:tc>
      </w:tr>
    </w:tbl>
    <w:p w:rsidR="00147023" w:rsidRDefault="00147023">
      <w:pPr>
        <w:spacing w:after="20"/>
      </w:pPr>
    </w:p>
    <w:p w:rsidR="00147023" w:rsidRDefault="00475C97">
      <w:r>
        <w:rPr>
          <w:b/>
          <w:u w:val="single"/>
        </w:rPr>
        <w:t>4. Languages Known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</w:tblGrid>
      <w:tr w:rsidR="00147023">
        <w:trPr>
          <w:jc w:val="center"/>
        </w:trPr>
        <w:tc>
          <w:tcPr>
            <w:tcW w:w="2592" w:type="dxa"/>
            <w:shd w:val="clear" w:color="auto" w:fill="D9EAF7"/>
          </w:tcPr>
          <w:p w:rsidR="00147023" w:rsidRDefault="00475C97">
            <w:r>
              <w:rPr>
                <w:b/>
                <w:sz w:val="19"/>
              </w:rPr>
              <w:t>Language</w:t>
            </w:r>
          </w:p>
        </w:tc>
        <w:tc>
          <w:tcPr>
            <w:tcW w:w="2592" w:type="dxa"/>
            <w:shd w:val="clear" w:color="auto" w:fill="D9EAF7"/>
          </w:tcPr>
          <w:p w:rsidR="00147023" w:rsidRDefault="00475C97">
            <w:r>
              <w:rPr>
                <w:b/>
                <w:sz w:val="19"/>
              </w:rPr>
              <w:t>Read</w:t>
            </w:r>
          </w:p>
        </w:tc>
        <w:tc>
          <w:tcPr>
            <w:tcW w:w="2592" w:type="dxa"/>
            <w:shd w:val="clear" w:color="auto" w:fill="D9EAF7"/>
          </w:tcPr>
          <w:p w:rsidR="00147023" w:rsidRDefault="00475C97">
            <w:r>
              <w:rPr>
                <w:b/>
                <w:sz w:val="19"/>
              </w:rPr>
              <w:t>Write</w:t>
            </w:r>
          </w:p>
        </w:tc>
        <w:tc>
          <w:tcPr>
            <w:tcW w:w="2592" w:type="dxa"/>
            <w:shd w:val="clear" w:color="auto" w:fill="D9EAF7"/>
          </w:tcPr>
          <w:p w:rsidR="00147023" w:rsidRDefault="00475C97">
            <w:r>
              <w:rPr>
                <w:b/>
                <w:sz w:val="19"/>
              </w:rPr>
              <w:t>Speak</w:t>
            </w:r>
          </w:p>
        </w:tc>
      </w:tr>
      <w:tr w:rsidR="00147023">
        <w:trPr>
          <w:jc w:val="center"/>
        </w:trPr>
        <w:tc>
          <w:tcPr>
            <w:tcW w:w="2592" w:type="dxa"/>
            <w:tcMar>
              <w:top w:w="55" w:type="dxa"/>
              <w:left w:w="50" w:type="dxa"/>
              <w:bottom w:w="55" w:type="dxa"/>
              <w:right w:w="50" w:type="dxa"/>
            </w:tcMar>
          </w:tcPr>
          <w:p w:rsidR="00147023" w:rsidRDefault="00475C97">
            <w:r>
              <w:br/>
            </w:r>
          </w:p>
        </w:tc>
        <w:tc>
          <w:tcPr>
            <w:tcW w:w="2592" w:type="dxa"/>
            <w:tcMar>
              <w:top w:w="55" w:type="dxa"/>
              <w:left w:w="50" w:type="dxa"/>
              <w:bottom w:w="55" w:type="dxa"/>
              <w:right w:w="50" w:type="dxa"/>
            </w:tcMar>
          </w:tcPr>
          <w:p w:rsidR="00147023" w:rsidRDefault="00475C97">
            <w:r>
              <w:br/>
            </w:r>
          </w:p>
        </w:tc>
        <w:tc>
          <w:tcPr>
            <w:tcW w:w="2592" w:type="dxa"/>
            <w:tcMar>
              <w:top w:w="55" w:type="dxa"/>
              <w:left w:w="50" w:type="dxa"/>
              <w:bottom w:w="55" w:type="dxa"/>
              <w:right w:w="50" w:type="dxa"/>
            </w:tcMar>
          </w:tcPr>
          <w:p w:rsidR="00147023" w:rsidRDefault="00475C97">
            <w:r>
              <w:br/>
            </w:r>
          </w:p>
        </w:tc>
        <w:tc>
          <w:tcPr>
            <w:tcW w:w="2592" w:type="dxa"/>
            <w:tcMar>
              <w:top w:w="55" w:type="dxa"/>
              <w:left w:w="50" w:type="dxa"/>
              <w:bottom w:w="55" w:type="dxa"/>
              <w:right w:w="50" w:type="dxa"/>
            </w:tcMar>
          </w:tcPr>
          <w:p w:rsidR="00147023" w:rsidRDefault="00475C97">
            <w:r>
              <w:br/>
            </w:r>
          </w:p>
        </w:tc>
      </w:tr>
      <w:tr w:rsidR="00147023">
        <w:trPr>
          <w:jc w:val="center"/>
        </w:trPr>
        <w:tc>
          <w:tcPr>
            <w:tcW w:w="2592" w:type="dxa"/>
            <w:tcMar>
              <w:top w:w="55" w:type="dxa"/>
              <w:left w:w="50" w:type="dxa"/>
              <w:bottom w:w="55" w:type="dxa"/>
              <w:right w:w="50" w:type="dxa"/>
            </w:tcMar>
          </w:tcPr>
          <w:p w:rsidR="00147023" w:rsidRDefault="00475C97">
            <w:r>
              <w:br/>
            </w:r>
          </w:p>
        </w:tc>
        <w:tc>
          <w:tcPr>
            <w:tcW w:w="2592" w:type="dxa"/>
            <w:tcMar>
              <w:top w:w="55" w:type="dxa"/>
              <w:left w:w="50" w:type="dxa"/>
              <w:bottom w:w="55" w:type="dxa"/>
              <w:right w:w="50" w:type="dxa"/>
            </w:tcMar>
          </w:tcPr>
          <w:p w:rsidR="00147023" w:rsidRDefault="00475C97">
            <w:r>
              <w:br/>
            </w:r>
          </w:p>
        </w:tc>
        <w:tc>
          <w:tcPr>
            <w:tcW w:w="2592" w:type="dxa"/>
            <w:tcMar>
              <w:top w:w="55" w:type="dxa"/>
              <w:left w:w="50" w:type="dxa"/>
              <w:bottom w:w="55" w:type="dxa"/>
              <w:right w:w="50" w:type="dxa"/>
            </w:tcMar>
          </w:tcPr>
          <w:p w:rsidR="00147023" w:rsidRDefault="00475C97">
            <w:r>
              <w:br/>
            </w:r>
          </w:p>
        </w:tc>
        <w:tc>
          <w:tcPr>
            <w:tcW w:w="2592" w:type="dxa"/>
            <w:tcMar>
              <w:top w:w="55" w:type="dxa"/>
              <w:left w:w="50" w:type="dxa"/>
              <w:bottom w:w="55" w:type="dxa"/>
              <w:right w:w="50" w:type="dxa"/>
            </w:tcMar>
          </w:tcPr>
          <w:p w:rsidR="00147023" w:rsidRDefault="00475C97">
            <w:r>
              <w:br/>
            </w:r>
          </w:p>
        </w:tc>
      </w:tr>
      <w:tr w:rsidR="00147023">
        <w:trPr>
          <w:jc w:val="center"/>
        </w:trPr>
        <w:tc>
          <w:tcPr>
            <w:tcW w:w="2592" w:type="dxa"/>
            <w:tcMar>
              <w:top w:w="55" w:type="dxa"/>
              <w:left w:w="50" w:type="dxa"/>
              <w:bottom w:w="55" w:type="dxa"/>
              <w:right w:w="50" w:type="dxa"/>
            </w:tcMar>
          </w:tcPr>
          <w:p w:rsidR="00147023" w:rsidRDefault="00475C97">
            <w:r>
              <w:br/>
            </w:r>
          </w:p>
        </w:tc>
        <w:tc>
          <w:tcPr>
            <w:tcW w:w="2592" w:type="dxa"/>
            <w:tcMar>
              <w:top w:w="55" w:type="dxa"/>
              <w:left w:w="50" w:type="dxa"/>
              <w:bottom w:w="55" w:type="dxa"/>
              <w:right w:w="50" w:type="dxa"/>
            </w:tcMar>
          </w:tcPr>
          <w:p w:rsidR="00147023" w:rsidRDefault="00475C97">
            <w:r>
              <w:br/>
            </w:r>
          </w:p>
        </w:tc>
        <w:tc>
          <w:tcPr>
            <w:tcW w:w="2592" w:type="dxa"/>
            <w:tcMar>
              <w:top w:w="55" w:type="dxa"/>
              <w:left w:w="50" w:type="dxa"/>
              <w:bottom w:w="55" w:type="dxa"/>
              <w:right w:w="50" w:type="dxa"/>
            </w:tcMar>
          </w:tcPr>
          <w:p w:rsidR="00147023" w:rsidRDefault="00475C97">
            <w:r>
              <w:br/>
            </w:r>
          </w:p>
        </w:tc>
        <w:tc>
          <w:tcPr>
            <w:tcW w:w="2592" w:type="dxa"/>
            <w:tcMar>
              <w:top w:w="55" w:type="dxa"/>
              <w:left w:w="50" w:type="dxa"/>
              <w:bottom w:w="55" w:type="dxa"/>
              <w:right w:w="50" w:type="dxa"/>
            </w:tcMar>
          </w:tcPr>
          <w:p w:rsidR="00147023" w:rsidRDefault="00475C97">
            <w:r>
              <w:br/>
            </w:r>
          </w:p>
        </w:tc>
      </w:tr>
    </w:tbl>
    <w:p w:rsidR="00147023" w:rsidRDefault="00147023">
      <w:pPr>
        <w:spacing w:after="20"/>
      </w:pPr>
    </w:p>
    <w:p w:rsidR="00147023" w:rsidRDefault="00475C97">
      <w:r>
        <w:rPr>
          <w:b/>
          <w:u w:val="single"/>
        </w:rPr>
        <w:t>5. Documents Enclosed</w:t>
      </w:r>
    </w:p>
    <w:p w:rsidR="00147023" w:rsidRDefault="00475C97">
      <w:pPr>
        <w:spacing w:after="0"/>
        <w:ind w:left="216"/>
      </w:pPr>
      <w:r>
        <w:rPr>
          <w:sz w:val="20"/>
        </w:rPr>
        <w:t>☐ Updated Curriculum Vitae</w:t>
      </w:r>
    </w:p>
    <w:p w:rsidR="00147023" w:rsidRDefault="00475C97">
      <w:pPr>
        <w:spacing w:after="0"/>
        <w:ind w:left="216"/>
      </w:pPr>
      <w:r>
        <w:rPr>
          <w:sz w:val="20"/>
        </w:rPr>
        <w:t>☐ Self-attested copies of educational qualification certificates/marksheets</w:t>
      </w:r>
    </w:p>
    <w:p w:rsidR="00147023" w:rsidRDefault="00475C97">
      <w:pPr>
        <w:spacing w:after="0"/>
        <w:ind w:left="216"/>
      </w:pPr>
      <w:r>
        <w:rPr>
          <w:sz w:val="20"/>
        </w:rPr>
        <w:t>☐ Experience certificate(s), if any</w:t>
      </w:r>
    </w:p>
    <w:p w:rsidR="00147023" w:rsidRDefault="00475C97">
      <w:pPr>
        <w:spacing w:after="0"/>
        <w:ind w:left="216"/>
      </w:pPr>
      <w:r>
        <w:rPr>
          <w:sz w:val="20"/>
        </w:rPr>
        <w:t>☐ Other relevant documents, if any</w:t>
      </w:r>
    </w:p>
    <w:p w:rsidR="00147023" w:rsidRDefault="00475C97">
      <w:r>
        <w:rPr>
          <w:b/>
          <w:u w:val="single"/>
        </w:rPr>
        <w:t>6. Declaration</w:t>
      </w:r>
    </w:p>
    <w:p w:rsidR="00147023" w:rsidRDefault="00475C97">
      <w:pPr>
        <w:spacing w:after="60"/>
        <w:jc w:val="both"/>
        <w:rPr>
          <w:sz w:val="20"/>
        </w:rPr>
      </w:pPr>
      <w:r>
        <w:rPr>
          <w:sz w:val="20"/>
        </w:rPr>
        <w:t>I hereby declare that the information furnished above is true and correct to the best of my knowledge and belief. I understand that my candidature may be cancelled if any information is found to be false or incorrect.</w:t>
      </w:r>
    </w:p>
    <w:p w:rsidR="00F06576" w:rsidRDefault="00F06576">
      <w:pPr>
        <w:spacing w:after="60"/>
        <w:jc w:val="both"/>
      </w:pPr>
      <w:bookmarkStart w:id="0" w:name="_GoBack"/>
      <w:bookmarkEnd w:id="0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184"/>
      </w:tblGrid>
      <w:tr w:rsidR="00147023" w:rsidTr="00F06576">
        <w:trPr>
          <w:jc w:val="center"/>
        </w:trPr>
        <w:tc>
          <w:tcPr>
            <w:tcW w:w="51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47023" w:rsidRDefault="00475C97">
            <w:r>
              <w:rPr>
                <w:sz w:val="20"/>
              </w:rPr>
              <w:t>Place: ____________________</w:t>
            </w:r>
          </w:p>
        </w:tc>
        <w:tc>
          <w:tcPr>
            <w:tcW w:w="51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47023" w:rsidRDefault="00475C97">
            <w:r>
              <w:rPr>
                <w:sz w:val="20"/>
              </w:rPr>
              <w:t>Signature of Applicant: ____________________</w:t>
            </w:r>
          </w:p>
        </w:tc>
      </w:tr>
      <w:tr w:rsidR="00147023" w:rsidTr="00F06576">
        <w:trPr>
          <w:jc w:val="center"/>
        </w:trPr>
        <w:tc>
          <w:tcPr>
            <w:tcW w:w="51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47023" w:rsidRDefault="00475C97">
            <w:r>
              <w:rPr>
                <w:sz w:val="20"/>
              </w:rPr>
              <w:t>Date: _____________________</w:t>
            </w:r>
          </w:p>
        </w:tc>
        <w:tc>
          <w:tcPr>
            <w:tcW w:w="51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47023" w:rsidRDefault="00475C97">
            <w:r>
              <w:rPr>
                <w:sz w:val="20"/>
              </w:rPr>
              <w:t>Name: __________________________________</w:t>
            </w:r>
          </w:p>
        </w:tc>
      </w:tr>
    </w:tbl>
    <w:p w:rsidR="00475C97" w:rsidRDefault="00475C97"/>
    <w:sectPr w:rsidR="00475C97" w:rsidSect="00034616">
      <w:headerReference w:type="default" r:id="rId8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CC1" w:rsidRDefault="00D91CC1" w:rsidP="000230A2">
      <w:pPr>
        <w:spacing w:after="0" w:line="240" w:lineRule="auto"/>
      </w:pPr>
      <w:r>
        <w:separator/>
      </w:r>
    </w:p>
  </w:endnote>
  <w:endnote w:type="continuationSeparator" w:id="0">
    <w:p w:rsidR="00D91CC1" w:rsidRDefault="00D91CC1" w:rsidP="00023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CC1" w:rsidRDefault="00D91CC1" w:rsidP="000230A2">
      <w:pPr>
        <w:spacing w:after="0" w:line="240" w:lineRule="auto"/>
      </w:pPr>
      <w:r>
        <w:separator/>
      </w:r>
    </w:p>
  </w:footnote>
  <w:footnote w:type="continuationSeparator" w:id="0">
    <w:p w:rsidR="00D91CC1" w:rsidRDefault="00D91CC1" w:rsidP="00023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0A2" w:rsidRPr="000230A2" w:rsidRDefault="000230A2" w:rsidP="000230A2">
    <w:pPr>
      <w:rPr>
        <w:sz w:val="20"/>
      </w:rPr>
    </w:pPr>
    <w:r>
      <w:rPr>
        <w:sz w:val="20"/>
      </w:rPr>
      <w:t>Advertisement No.: SPUP/ICSSR/Project2026-00489-9340498/23/AdvtRA&amp;FI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30A2"/>
    <w:rsid w:val="00034616"/>
    <w:rsid w:val="0006063C"/>
    <w:rsid w:val="00147023"/>
    <w:rsid w:val="0015074B"/>
    <w:rsid w:val="0029639D"/>
    <w:rsid w:val="00326F90"/>
    <w:rsid w:val="00475C97"/>
    <w:rsid w:val="00AA1D8D"/>
    <w:rsid w:val="00B47730"/>
    <w:rsid w:val="00CB0664"/>
    <w:rsid w:val="00D91CC1"/>
    <w:rsid w:val="00F065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9E3EC0"/>
  <w14:defaultImageDpi w14:val="300"/>
  <w15:docId w15:val="{8CE707C0-3713-4253-BB7F-7034A2FF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DC7978-DDF2-4714-ABCF-E56C5D104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Meenakshi Punia</dc:creator>
  <cp:keywords/>
  <dc:description>generated by python-docx</dc:description>
  <cp:lastModifiedBy>LENOVO</cp:lastModifiedBy>
  <cp:revision>3</cp:revision>
  <dcterms:created xsi:type="dcterms:W3CDTF">2026-08-11T11:31:00Z</dcterms:created>
  <dcterms:modified xsi:type="dcterms:W3CDTF">2026-08-11T11:34:00Z</dcterms:modified>
  <cp:category/>
</cp:coreProperties>
</file>